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56EF" w14:textId="0CD43A54" w:rsidR="00FC0D7C" w:rsidRPr="00D74584" w:rsidRDefault="00D74584">
      <w:pPr>
        <w:pStyle w:val="Titre"/>
        <w:rPr>
          <w:color w:val="C00000"/>
          <w:lang w:val="fr-FR"/>
        </w:rPr>
      </w:pPr>
      <w:r w:rsidRPr="00D74584">
        <w:rPr>
          <w:color w:val="C00000"/>
          <w:lang w:val="fr-FR"/>
        </w:rPr>
        <w:t xml:space="preserve">Fiche Aide-Mémoire Formateurs – Formation CGT </w:t>
      </w:r>
    </w:p>
    <w:p w14:paraId="436CBDE1" w14:textId="3FCCE60F" w:rsidR="00FC0D7C" w:rsidRDefault="2ACA17C6" w:rsidP="2ACA17C6">
      <w:pPr>
        <w:pStyle w:val="Titre1"/>
        <w:rPr>
          <w:color w:val="FF0000"/>
          <w:lang w:val="fr-FR"/>
        </w:rPr>
      </w:pPr>
      <w:r w:rsidRPr="2ACA17C6">
        <w:rPr>
          <w:lang w:val="fr-FR"/>
        </w:rPr>
        <w:t xml:space="preserve">9h00 - 9h30 – Accueil et ouverture – </w:t>
      </w:r>
      <w:r w:rsidRPr="2ACA17C6">
        <w:rPr>
          <w:color w:val="FF0000"/>
          <w:lang w:val="fr-FR"/>
        </w:rPr>
        <w:t>remettre le support stagiaire</w:t>
      </w:r>
    </w:p>
    <w:p w14:paraId="283C4F5C" w14:textId="146BA48C" w:rsidR="00BE558C" w:rsidRPr="00BE558C" w:rsidRDefault="00BE558C" w:rsidP="00BE558C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3DBD3D47" w14:textId="77777777" w:rsidR="00FC0D7C" w:rsidRPr="00BB6C49" w:rsidRDefault="00D74584">
      <w:pPr>
        <w:rPr>
          <w:lang w:val="fr-FR"/>
        </w:rPr>
      </w:pPr>
      <w:r>
        <w:t>🎯</w:t>
      </w:r>
      <w:r w:rsidRPr="00BB6C49">
        <w:rPr>
          <w:lang w:val="fr-FR"/>
        </w:rPr>
        <w:t xml:space="preserve"> </w:t>
      </w:r>
      <w:proofErr w:type="gramStart"/>
      <w:r w:rsidRPr="00BB6C49">
        <w:rPr>
          <w:lang w:val="fr-FR"/>
        </w:rPr>
        <w:t>Objectif :</w:t>
      </w:r>
      <w:proofErr w:type="gramEnd"/>
      <w:r w:rsidRPr="00BB6C49">
        <w:rPr>
          <w:lang w:val="fr-FR"/>
        </w:rPr>
        <w:t xml:space="preserve"> Créer un cadre de confiance, recueillir les attentes.</w:t>
      </w:r>
    </w:p>
    <w:p w14:paraId="1FE4983F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1FB17F5B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Faire un tour de table : prénom, syndicat, fonction.</w:t>
      </w:r>
    </w:p>
    <w:p w14:paraId="776F910F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 xml:space="preserve">- Demander : 'Pourquoi je suis </w:t>
      </w:r>
      <w:proofErr w:type="spellStart"/>
      <w:r w:rsidRPr="00BB6C49">
        <w:rPr>
          <w:lang w:val="fr-FR"/>
        </w:rPr>
        <w:t>venu·e</w:t>
      </w:r>
      <w:proofErr w:type="spellEnd"/>
      <w:r w:rsidRPr="00BB6C49">
        <w:rPr>
          <w:lang w:val="fr-FR"/>
        </w:rPr>
        <w:t xml:space="preserve"> aujourd'hui ?'</w:t>
      </w:r>
    </w:p>
    <w:p w14:paraId="0E1CE5D6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05AA001D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Expliquer la méthode participative CGT.</w:t>
      </w:r>
    </w:p>
    <w:p w14:paraId="65D302F1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Distribuer le programme de la journée.</w:t>
      </w:r>
    </w:p>
    <w:p w14:paraId="6B24D068" w14:textId="77777777" w:rsidR="00FC0D7C" w:rsidRPr="00BB6C49" w:rsidRDefault="00FC0D7C">
      <w:pPr>
        <w:rPr>
          <w:lang w:val="fr-FR"/>
        </w:rPr>
      </w:pPr>
    </w:p>
    <w:p w14:paraId="7E5C2575" w14:textId="6392A373" w:rsidR="00FC0D7C" w:rsidRDefault="4B155D85" w:rsidP="4B155D85">
      <w:pPr>
        <w:pStyle w:val="Titre1"/>
        <w:rPr>
          <w:color w:val="FF0000"/>
          <w:lang w:val="fr-FR"/>
        </w:rPr>
      </w:pPr>
      <w:r w:rsidRPr="4B155D85">
        <w:rPr>
          <w:lang w:val="fr-FR"/>
        </w:rPr>
        <w:t xml:space="preserve">9h30 - 10h15 – Pourquoi un fonctionnement statutaire ? </w:t>
      </w:r>
      <w:r w:rsidRPr="4B155D85">
        <w:rPr>
          <w:color w:val="FF0000"/>
          <w:lang w:val="fr-FR"/>
        </w:rPr>
        <w:t>Remettre statuts</w:t>
      </w:r>
    </w:p>
    <w:p w14:paraId="48B3CFBD" w14:textId="78126E29" w:rsidR="00BE558C" w:rsidRPr="00BE558C" w:rsidRDefault="00BE558C" w:rsidP="00BE558C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3015E720" w14:textId="77777777" w:rsidR="00FC0D7C" w:rsidRPr="00BB6C49" w:rsidRDefault="00D74584">
      <w:pPr>
        <w:rPr>
          <w:lang w:val="fr-FR"/>
        </w:rPr>
      </w:pPr>
      <w:r>
        <w:t>🎯</w:t>
      </w:r>
      <w:r w:rsidRPr="00BB6C49">
        <w:rPr>
          <w:lang w:val="fr-FR"/>
        </w:rPr>
        <w:t xml:space="preserve"> </w:t>
      </w:r>
      <w:proofErr w:type="gramStart"/>
      <w:r w:rsidRPr="00BB6C49">
        <w:rPr>
          <w:lang w:val="fr-FR"/>
        </w:rPr>
        <w:t>Objectif :</w:t>
      </w:r>
      <w:proofErr w:type="gramEnd"/>
      <w:r w:rsidRPr="00BB6C49">
        <w:rPr>
          <w:lang w:val="fr-FR"/>
        </w:rPr>
        <w:t xml:space="preserve"> Faire émerger l’importance des statuts dans la démocratie syndicale.</w:t>
      </w:r>
    </w:p>
    <w:p w14:paraId="53508693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534787F9" w14:textId="5E21AFB7" w:rsidR="00FC0D7C" w:rsidRPr="00BB6C49" w:rsidRDefault="2ACA17C6">
      <w:pPr>
        <w:pStyle w:val="Listepuces"/>
        <w:rPr>
          <w:lang w:val="fr-FR"/>
        </w:rPr>
      </w:pPr>
      <w:r w:rsidRPr="2ACA17C6">
        <w:rPr>
          <w:lang w:val="fr-FR"/>
        </w:rPr>
        <w:t>-  'Un syndicat bien organisé, c’est quoi ?'</w:t>
      </w:r>
    </w:p>
    <w:p w14:paraId="7A383BBD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5A58AB28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Appui sur Charte de la Vie Syndicale, Statuts CGT.</w:t>
      </w:r>
    </w:p>
    <w:p w14:paraId="16AB1425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Relancer : 'Peut-on décider sans cadre commun ?'</w:t>
      </w:r>
    </w:p>
    <w:p w14:paraId="3C309786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Faire dire : les statuts garantissent la démocratie.</w:t>
      </w:r>
    </w:p>
    <w:p w14:paraId="2F31BF7B" w14:textId="77777777" w:rsidR="00FC0D7C" w:rsidRPr="00BB6C49" w:rsidRDefault="00FC0D7C">
      <w:pPr>
        <w:rPr>
          <w:lang w:val="fr-FR"/>
        </w:rPr>
      </w:pPr>
    </w:p>
    <w:p w14:paraId="711AE685" w14:textId="77777777" w:rsidR="00BE558C" w:rsidRDefault="00BE558C">
      <w:pPr>
        <w:pStyle w:val="Titre1"/>
        <w:rPr>
          <w:lang w:val="fr-FR"/>
        </w:rPr>
      </w:pPr>
    </w:p>
    <w:p w14:paraId="228B9652" w14:textId="6582A75A" w:rsidR="00FC0D7C" w:rsidRDefault="4B155D85" w:rsidP="4B155D85">
      <w:pPr>
        <w:pStyle w:val="Titre1"/>
        <w:rPr>
          <w:color w:val="FF0000"/>
          <w:lang w:val="fr-FR"/>
        </w:rPr>
      </w:pPr>
      <w:r w:rsidRPr="4B155D85">
        <w:rPr>
          <w:lang w:val="fr-FR"/>
        </w:rPr>
        <w:t xml:space="preserve">10h15 - 11h00 – Le rôle des adhérents - </w:t>
      </w:r>
      <w:r w:rsidRPr="4B155D85">
        <w:rPr>
          <w:color w:val="FF0000"/>
          <w:lang w:val="fr-FR"/>
        </w:rPr>
        <w:t>remettre un syndicat, c’est quoi ?</w:t>
      </w:r>
    </w:p>
    <w:p w14:paraId="538AE5DC" w14:textId="085FA997" w:rsidR="00BE558C" w:rsidRPr="00BE558C" w:rsidRDefault="00BE558C" w:rsidP="00BE558C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601289F3" w14:textId="77777777" w:rsidR="00FC0D7C" w:rsidRPr="00BB6C49" w:rsidRDefault="00D74584">
      <w:pPr>
        <w:rPr>
          <w:lang w:val="fr-FR"/>
        </w:rPr>
      </w:pPr>
      <w:r>
        <w:t>🎯</w:t>
      </w:r>
      <w:r w:rsidRPr="00BB6C49">
        <w:rPr>
          <w:lang w:val="fr-FR"/>
        </w:rPr>
        <w:t xml:space="preserve"> </w:t>
      </w:r>
      <w:proofErr w:type="gramStart"/>
      <w:r w:rsidRPr="00BB6C49">
        <w:rPr>
          <w:lang w:val="fr-FR"/>
        </w:rPr>
        <w:t>Objectif :</w:t>
      </w:r>
      <w:proofErr w:type="gramEnd"/>
      <w:r w:rsidRPr="00BB6C49">
        <w:rPr>
          <w:lang w:val="fr-FR"/>
        </w:rPr>
        <w:t xml:space="preserve"> Comprendre les droits et devoirs des </w:t>
      </w:r>
      <w:proofErr w:type="spellStart"/>
      <w:r w:rsidRPr="00BB6C49">
        <w:rPr>
          <w:lang w:val="fr-FR"/>
        </w:rPr>
        <w:t>adhérent·es</w:t>
      </w:r>
      <w:proofErr w:type="spellEnd"/>
      <w:r w:rsidRPr="00BB6C49">
        <w:rPr>
          <w:lang w:val="fr-FR"/>
        </w:rPr>
        <w:t>.</w:t>
      </w:r>
    </w:p>
    <w:p w14:paraId="42431807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22FD9BD6" w14:textId="67676A97" w:rsidR="00FC0D7C" w:rsidRPr="00BB6C49" w:rsidRDefault="2ACA17C6">
      <w:pPr>
        <w:pStyle w:val="Listepuces"/>
        <w:rPr>
          <w:lang w:val="fr-FR"/>
        </w:rPr>
      </w:pPr>
      <w:r w:rsidRPr="2ACA17C6">
        <w:rPr>
          <w:lang w:val="fr-FR"/>
        </w:rPr>
        <w:t xml:space="preserve">- Que peut faire </w:t>
      </w:r>
      <w:proofErr w:type="spellStart"/>
      <w:r w:rsidRPr="2ACA17C6">
        <w:rPr>
          <w:lang w:val="fr-FR"/>
        </w:rPr>
        <w:t>un·e</w:t>
      </w:r>
      <w:proofErr w:type="spellEnd"/>
      <w:r w:rsidRPr="2ACA17C6">
        <w:rPr>
          <w:lang w:val="fr-FR"/>
        </w:rPr>
        <w:t xml:space="preserve"> </w:t>
      </w:r>
      <w:proofErr w:type="spellStart"/>
      <w:r w:rsidRPr="2ACA17C6">
        <w:rPr>
          <w:lang w:val="fr-FR"/>
        </w:rPr>
        <w:t>adhérent·e</w:t>
      </w:r>
      <w:proofErr w:type="spellEnd"/>
      <w:r w:rsidRPr="2ACA17C6">
        <w:rPr>
          <w:lang w:val="fr-FR"/>
        </w:rPr>
        <w:t xml:space="preserve"> ?</w:t>
      </w:r>
    </w:p>
    <w:p w14:paraId="76502BAB" w14:textId="4490AFE1" w:rsidR="00FC0D7C" w:rsidRPr="00BB6C49" w:rsidRDefault="2ACA17C6" w:rsidP="2ACA17C6">
      <w:pPr>
        <w:pStyle w:val="Listepuces"/>
        <w:rPr>
          <w:color w:val="FF0000"/>
          <w:lang w:val="fr-FR"/>
        </w:rPr>
      </w:pPr>
      <w:r w:rsidRPr="2ACA17C6">
        <w:rPr>
          <w:lang w:val="fr-FR"/>
        </w:rPr>
        <w:t xml:space="preserve">- Tri collectif : Droit / Devoir / Intervention. </w:t>
      </w:r>
      <w:r w:rsidRPr="2ACA17C6">
        <w:rPr>
          <w:color w:val="FF0000"/>
          <w:lang w:val="fr-FR"/>
        </w:rPr>
        <w:t>Faire au tableau</w:t>
      </w:r>
    </w:p>
    <w:p w14:paraId="7CA83189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5B813CB2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Appui : Charte, 'Un syndicat c’est quoi ?'</w:t>
      </w:r>
    </w:p>
    <w:p w14:paraId="0802501C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Relancer : '</w:t>
      </w:r>
      <w:proofErr w:type="spellStart"/>
      <w:r w:rsidRPr="00BB6C49">
        <w:rPr>
          <w:lang w:val="fr-FR"/>
        </w:rPr>
        <w:t>Un·e</w:t>
      </w:r>
      <w:proofErr w:type="spellEnd"/>
      <w:r w:rsidRPr="00BB6C49">
        <w:rPr>
          <w:lang w:val="fr-FR"/>
        </w:rPr>
        <w:t xml:space="preserve"> </w:t>
      </w:r>
      <w:proofErr w:type="spellStart"/>
      <w:r w:rsidRPr="00BB6C49">
        <w:rPr>
          <w:lang w:val="fr-FR"/>
        </w:rPr>
        <w:t>adhérent·e</w:t>
      </w:r>
      <w:proofErr w:type="spellEnd"/>
      <w:r w:rsidRPr="00BB6C49">
        <w:rPr>
          <w:lang w:val="fr-FR"/>
        </w:rPr>
        <w:t xml:space="preserve"> a-t-il sa place dans les décisions ?'</w:t>
      </w:r>
    </w:p>
    <w:p w14:paraId="5BC7F4AC" w14:textId="77777777" w:rsidR="00FC0D7C" w:rsidRPr="00BB6C49" w:rsidRDefault="00FC0D7C">
      <w:pPr>
        <w:rPr>
          <w:lang w:val="fr-FR"/>
        </w:rPr>
      </w:pPr>
    </w:p>
    <w:p w14:paraId="210254A9" w14:textId="5FECA46B" w:rsidR="00FC0D7C" w:rsidRDefault="4B155D85" w:rsidP="4B155D85">
      <w:pPr>
        <w:pStyle w:val="Titre1"/>
        <w:rPr>
          <w:color w:val="FF0000"/>
          <w:lang w:val="fr-FR"/>
        </w:rPr>
      </w:pPr>
      <w:r w:rsidRPr="4B155D85">
        <w:rPr>
          <w:lang w:val="fr-FR"/>
        </w:rPr>
        <w:t xml:space="preserve">11h15 - 12h00 – </w:t>
      </w:r>
      <w:proofErr w:type="spellStart"/>
      <w:r w:rsidRPr="4B155D85">
        <w:rPr>
          <w:lang w:val="fr-FR"/>
        </w:rPr>
        <w:t>Élu·es</w:t>
      </w:r>
      <w:proofErr w:type="spellEnd"/>
      <w:r w:rsidRPr="4B155D85">
        <w:rPr>
          <w:lang w:val="fr-FR"/>
        </w:rPr>
        <w:t xml:space="preserve"> / </w:t>
      </w:r>
      <w:proofErr w:type="spellStart"/>
      <w:r w:rsidRPr="4B155D85">
        <w:rPr>
          <w:lang w:val="fr-FR"/>
        </w:rPr>
        <w:t>mandaté·es</w:t>
      </w:r>
      <w:proofErr w:type="spellEnd"/>
      <w:r w:rsidRPr="4B155D85">
        <w:rPr>
          <w:lang w:val="fr-FR"/>
        </w:rPr>
        <w:t xml:space="preserve"> / responsables – </w:t>
      </w:r>
      <w:r w:rsidRPr="4B155D85">
        <w:rPr>
          <w:color w:val="FF0000"/>
          <w:lang w:val="fr-FR"/>
        </w:rPr>
        <w:t>remettre les trois chartes</w:t>
      </w:r>
    </w:p>
    <w:p w14:paraId="1D99F48E" w14:textId="7639D9AA" w:rsidR="00BE558C" w:rsidRPr="00BE558C" w:rsidRDefault="00BE558C" w:rsidP="00BE558C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717699A1" w14:textId="77777777" w:rsidR="00FC0D7C" w:rsidRPr="00BB6C49" w:rsidRDefault="00D74584">
      <w:pPr>
        <w:rPr>
          <w:lang w:val="fr-FR"/>
        </w:rPr>
      </w:pPr>
      <w:r>
        <w:t>🎯</w:t>
      </w:r>
      <w:r w:rsidRPr="00BB6C49">
        <w:rPr>
          <w:lang w:val="fr-FR"/>
        </w:rPr>
        <w:t xml:space="preserve"> </w:t>
      </w:r>
      <w:proofErr w:type="gramStart"/>
      <w:r w:rsidRPr="00BB6C49">
        <w:rPr>
          <w:lang w:val="fr-FR"/>
        </w:rPr>
        <w:t>Objectif :</w:t>
      </w:r>
      <w:proofErr w:type="gramEnd"/>
      <w:r w:rsidRPr="00BB6C49">
        <w:rPr>
          <w:lang w:val="fr-FR"/>
        </w:rPr>
        <w:t xml:space="preserve"> Distinguer les rôles et les responsabilités.</w:t>
      </w:r>
    </w:p>
    <w:p w14:paraId="6DF0A534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43FEB580" w14:textId="1C5B59AE" w:rsidR="00FC0D7C" w:rsidRPr="00BB6C49" w:rsidRDefault="4B155D85" w:rsidP="4B155D85">
      <w:pPr>
        <w:pStyle w:val="Listepuces"/>
        <w:rPr>
          <w:color w:val="FF0000"/>
          <w:lang w:val="fr-FR"/>
        </w:rPr>
      </w:pPr>
      <w:r w:rsidRPr="4B155D85">
        <w:rPr>
          <w:lang w:val="fr-FR"/>
        </w:rPr>
        <w:t xml:space="preserve">- élu, mandaté, désigné, responsable : </w:t>
      </w:r>
      <w:r w:rsidRPr="4B155D85">
        <w:rPr>
          <w:color w:val="FF0000"/>
          <w:lang w:val="fr-FR"/>
        </w:rPr>
        <w:t>Faire au tableau</w:t>
      </w:r>
    </w:p>
    <w:p w14:paraId="1D85C1D9" w14:textId="5BA57818" w:rsidR="00FC0D7C" w:rsidRPr="00BB6C49" w:rsidRDefault="4B155D85" w:rsidP="4B155D85">
      <w:pPr>
        <w:pStyle w:val="Listepuces"/>
        <w:rPr>
          <w:color w:val="FF0000"/>
          <w:lang w:val="fr-FR"/>
        </w:rPr>
      </w:pPr>
      <w:r w:rsidRPr="4B155D85">
        <w:rPr>
          <w:lang w:val="fr-FR"/>
        </w:rPr>
        <w:t xml:space="preserve">- Discussion : Qui mandate ? Qui suit le mandat ? </w:t>
      </w:r>
      <w:r w:rsidRPr="4B155D85">
        <w:rPr>
          <w:color w:val="FF0000"/>
          <w:lang w:val="fr-FR"/>
        </w:rPr>
        <w:t>(Appuyer sur le fait d’avoir ses comptes publiés, ses statuts déposés à jour et le fait que l’UD le fasse lie avec le territoire)</w:t>
      </w:r>
    </w:p>
    <w:p w14:paraId="2F6A6D36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20EC801E" w14:textId="77777777" w:rsidR="00FC0D7C" w:rsidRDefault="00D74584">
      <w:pPr>
        <w:pStyle w:val="Listepuces"/>
      </w:pPr>
      <w:r>
        <w:t xml:space="preserve">- </w:t>
      </w:r>
      <w:proofErr w:type="spellStart"/>
      <w:proofErr w:type="gramStart"/>
      <w:r>
        <w:t>Appui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Charte</w:t>
      </w:r>
      <w:proofErr w:type="spellEnd"/>
      <w:r>
        <w:t xml:space="preserve"> de </w:t>
      </w:r>
      <w:proofErr w:type="spellStart"/>
      <w:r>
        <w:t>l’élu·e</w:t>
      </w:r>
      <w:proofErr w:type="spellEnd"/>
      <w:r>
        <w:t>/</w:t>
      </w:r>
      <w:proofErr w:type="spellStart"/>
      <w:r>
        <w:t>mandaté·e</w:t>
      </w:r>
      <w:proofErr w:type="spellEnd"/>
      <w:r>
        <w:t>.</w:t>
      </w:r>
    </w:p>
    <w:p w14:paraId="2BFBCE06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Faire dire : tout mandat part du syndicat.</w:t>
      </w:r>
    </w:p>
    <w:p w14:paraId="761B8ED3" w14:textId="77777777" w:rsidR="00FC0D7C" w:rsidRPr="00BB6C49" w:rsidRDefault="00FC0D7C">
      <w:pPr>
        <w:rPr>
          <w:lang w:val="fr-FR"/>
        </w:rPr>
      </w:pPr>
    </w:p>
    <w:p w14:paraId="79FDD168" w14:textId="77777777" w:rsidR="00BE558C" w:rsidRDefault="00BE558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fr-FR"/>
        </w:rPr>
      </w:pPr>
      <w:r>
        <w:rPr>
          <w:lang w:val="fr-FR"/>
        </w:rPr>
        <w:br w:type="page"/>
      </w:r>
    </w:p>
    <w:p w14:paraId="1A431BE8" w14:textId="58760636" w:rsidR="00FC0D7C" w:rsidRDefault="2ACA17C6" w:rsidP="2ACA17C6">
      <w:pPr>
        <w:pStyle w:val="Titre1"/>
        <w:rPr>
          <w:color w:val="FF0000"/>
          <w:lang w:val="fr-FR"/>
        </w:rPr>
      </w:pPr>
      <w:r w:rsidRPr="2ACA17C6">
        <w:rPr>
          <w:lang w:val="fr-FR"/>
        </w:rPr>
        <w:lastRenderedPageBreak/>
        <w:t xml:space="preserve">12h00 - 12h30 – CE, Bureau, SG – </w:t>
      </w:r>
      <w:r w:rsidRPr="2ACA17C6">
        <w:rPr>
          <w:color w:val="FF0000"/>
          <w:lang w:val="fr-FR"/>
        </w:rPr>
        <w:t>Remettre document rôle de chacun</w:t>
      </w:r>
    </w:p>
    <w:p w14:paraId="1F0F761D" w14:textId="043649EA" w:rsidR="00BE558C" w:rsidRPr="00BE558C" w:rsidRDefault="00BE558C" w:rsidP="00BE558C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1B925273" w14:textId="77777777" w:rsidR="00FC0D7C" w:rsidRPr="00BB6C49" w:rsidRDefault="00D74584">
      <w:pPr>
        <w:rPr>
          <w:lang w:val="fr-FR"/>
        </w:rPr>
      </w:pPr>
      <w:r>
        <w:t>🎯</w:t>
      </w:r>
      <w:r w:rsidRPr="00BB6C49">
        <w:rPr>
          <w:lang w:val="fr-FR"/>
        </w:rPr>
        <w:t xml:space="preserve"> </w:t>
      </w:r>
      <w:proofErr w:type="gramStart"/>
      <w:r w:rsidRPr="00BB6C49">
        <w:rPr>
          <w:lang w:val="fr-FR"/>
        </w:rPr>
        <w:t>Objectif :</w:t>
      </w:r>
      <w:proofErr w:type="gramEnd"/>
      <w:r w:rsidRPr="00BB6C49">
        <w:rPr>
          <w:lang w:val="fr-FR"/>
        </w:rPr>
        <w:t xml:space="preserve"> Clarifier les rôles internes à l’organisation.</w:t>
      </w:r>
    </w:p>
    <w:p w14:paraId="5771BDF9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4191DC23" w14:textId="08D77D02" w:rsidR="00FC0D7C" w:rsidRPr="00BB6C49" w:rsidRDefault="4B155D85" w:rsidP="4B155D85">
      <w:pPr>
        <w:pStyle w:val="Listepuces"/>
        <w:rPr>
          <w:color w:val="FF0000"/>
          <w:lang w:val="fr-FR"/>
        </w:rPr>
      </w:pPr>
      <w:r w:rsidRPr="4B155D85">
        <w:rPr>
          <w:lang w:val="fr-FR"/>
        </w:rPr>
        <w:t xml:space="preserve">-  CE / Bureau / SG. </w:t>
      </w:r>
      <w:r w:rsidRPr="4B155D85">
        <w:rPr>
          <w:color w:val="FF0000"/>
          <w:lang w:val="fr-FR"/>
        </w:rPr>
        <w:t>Dessin au tableau un rond représentant CE et à l’intérieur bureau et SG</w:t>
      </w:r>
    </w:p>
    <w:p w14:paraId="13B70D06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707B5EA4" w14:textId="77777777" w:rsidR="00FC0D7C" w:rsidRDefault="00D74584">
      <w:pPr>
        <w:pStyle w:val="Listepuces"/>
      </w:pPr>
      <w:r>
        <w:t xml:space="preserve">- </w:t>
      </w:r>
      <w:proofErr w:type="spellStart"/>
      <w:r>
        <w:t>Statuts</w:t>
      </w:r>
      <w:proofErr w:type="spellEnd"/>
      <w:r>
        <w:t xml:space="preserve"> + Guide Orga.</w:t>
      </w:r>
    </w:p>
    <w:p w14:paraId="47EAB403" w14:textId="6FEC8598" w:rsidR="00FC0D7C" w:rsidRPr="00BB6C49" w:rsidRDefault="4B155D85">
      <w:pPr>
        <w:pStyle w:val="Listepuces"/>
        <w:rPr>
          <w:lang w:val="fr-FR"/>
        </w:rPr>
      </w:pPr>
      <w:r w:rsidRPr="4B155D85">
        <w:rPr>
          <w:lang w:val="fr-FR"/>
        </w:rPr>
        <w:t xml:space="preserve">- Faire dire : CE = débat </w:t>
      </w:r>
      <w:r w:rsidRPr="4B155D85">
        <w:rPr>
          <w:color w:val="FF0000"/>
          <w:lang w:val="fr-FR"/>
        </w:rPr>
        <w:t>et décisions</w:t>
      </w:r>
      <w:r w:rsidRPr="4B155D85">
        <w:rPr>
          <w:lang w:val="fr-FR"/>
        </w:rPr>
        <w:t xml:space="preserve"> / Bureau = coordination, </w:t>
      </w:r>
      <w:r w:rsidRPr="4B155D85">
        <w:rPr>
          <w:color w:val="FF0000"/>
          <w:lang w:val="fr-FR"/>
        </w:rPr>
        <w:t>propose et impulse - Rôle de chacun</w:t>
      </w:r>
      <w:r w:rsidRPr="4B155D85">
        <w:rPr>
          <w:lang w:val="fr-FR"/>
        </w:rPr>
        <w:t xml:space="preserve"> / SG = animation.</w:t>
      </w:r>
    </w:p>
    <w:p w14:paraId="1208A970" w14:textId="77777777" w:rsidR="00FC0D7C" w:rsidRPr="00BB6C49" w:rsidRDefault="00FC0D7C">
      <w:pPr>
        <w:rPr>
          <w:lang w:val="fr-FR"/>
        </w:rPr>
      </w:pPr>
    </w:p>
    <w:p w14:paraId="7158F910" w14:textId="77777777" w:rsidR="00FC0D7C" w:rsidRDefault="00D74584">
      <w:pPr>
        <w:pStyle w:val="Titre1"/>
        <w:rPr>
          <w:lang w:val="fr-FR"/>
        </w:rPr>
      </w:pPr>
      <w:r w:rsidRPr="00BB6C49">
        <w:rPr>
          <w:lang w:val="fr-FR"/>
        </w:rPr>
        <w:t xml:space="preserve">13h30 - 14h30 – AG / Congrès – Les 7 critères de représentativité</w:t>
      </w:r>
    </w:p>
    <w:p w14:paraId="6ED52E42" w14:textId="48ACD356" w:rsidR="00257D2F" w:rsidRPr="00257D2F" w:rsidRDefault="00257D2F" w:rsidP="00257D2F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7D57D0AC" w14:textId="77777777" w:rsidR="00FC0D7C" w:rsidRPr="00BB6C49" w:rsidRDefault="00D74584">
      <w:pPr>
        <w:rPr>
          <w:lang w:val="fr-FR"/>
        </w:rPr>
      </w:pPr>
      <w:r>
        <w:t xml:space="preserve">🎯 Objectif : Connaître les lieux de souveraineté des syndiqué·es et ce qui fait la représentativité du syndicat.</w:t>
      </w:r>
      <w:proofErr w:type="gramStart"/>
      <w:proofErr w:type="gramEnd"/>
    </w:p>
    <w:p w14:paraId="2CED4C0C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268B420D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 xml:space="preserve">- En groupes : passer notre syndicat au crible des 7 critères de représentativité (module « AG, congrès et 7 critères » : autodiagnostic Oui / En partie / Non, puis bilan).</w:t>
      </w:r>
    </w:p>
    <w:p w14:paraId="4771B075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Distinguer l’AG de syndiqué·es et l’AG de salarié·es (« AG ouvrière ») : qui y participe, qui décide quoi. L’AG de salarié·es se tient toujours après l’AG de syndiqué·es.</w:t>
      </w:r>
    </w:p>
    <w:p w14:paraId="6F8B5A22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500DBE31" w14:textId="77777777" w:rsidR="00FC0D7C" w:rsidRDefault="00D74584">
      <w:pPr>
        <w:pStyle w:val="Listepuces"/>
      </w:pPr>
      <w:r>
        <w:t xml:space="preserve">- </w:t>
      </w:r>
      <w:proofErr w:type="spellStart"/>
      <w:r>
        <w:t>Statuts</w:t>
      </w:r>
      <w:proofErr w:type="spellEnd"/>
      <w:r>
        <w:t xml:space="preserve"> </w:t>
      </w:r>
      <w:proofErr w:type="gramStart"/>
      <w:r>
        <w:t>CGT :</w:t>
      </w:r>
      <w:proofErr w:type="gramEnd"/>
      <w:r>
        <w:t xml:space="preserve"> </w:t>
      </w:r>
      <w:proofErr w:type="spellStart"/>
      <w:r>
        <w:t>fréquence</w:t>
      </w:r>
      <w:proofErr w:type="spellEnd"/>
      <w:r>
        <w:t xml:space="preserve">, </w:t>
      </w:r>
      <w:proofErr w:type="spellStart"/>
      <w:r>
        <w:t>rôles</w:t>
      </w:r>
      <w:proofErr w:type="spellEnd"/>
      <w:r>
        <w:t>.</w:t>
      </w:r>
    </w:p>
    <w:p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 xml:space="preserve">- Les 7 critères (Code du travail, art. L2121-1) sont cumulatifs : 1. respect des valeurs républicaines ; 2. indépendance ; 3. transparence financière ; 4. ancienneté minimale de 2 ans ; 5. audience (10 % au 1er tour du CSE, 8 % dans la branche et au niveau national) ; 6. influence (activité et expérience) ; 7. effectifs d’adhérent·es et cotisations.</w:t>
      </w:r>
    </w:p>
    <w:p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 xml:space="preserve">- Faire le lien : faire vivre nos statuts (AG, congrès, comptes approuvés et publiés, CFC) c’est déjà remplir plusieurs critères. Pour chaque critère « en partie » ou « non », noter une action à mener.</w:t>
      </w:r>
    </w:p>
    <w:p w14:paraId="3A4630BF" w14:textId="7470D1DC" w:rsidR="00FC0D7C" w:rsidRPr="00BB6C49" w:rsidRDefault="4B155D85" w:rsidP="4B155D85">
      <w:pPr>
        <w:pStyle w:val="Listepuces"/>
        <w:rPr>
          <w:color w:val="FF0000"/>
          <w:lang w:val="fr-FR"/>
        </w:rPr>
      </w:pPr>
      <w:r w:rsidRPr="4B155D85">
        <w:rPr>
          <w:lang w:val="fr-FR"/>
        </w:rPr>
        <w:t xml:space="preserve">- Relancer : 'Pourquoi respecter la forme même si on est peu nombreux ?' </w:t>
      </w:r>
      <w:r w:rsidRPr="4B155D85">
        <w:rPr>
          <w:color w:val="FF0000"/>
          <w:lang w:val="fr-FR"/>
        </w:rPr>
        <w:t>Amener à “pour respecter nos statuts, nos règles.”</w:t>
      </w:r>
    </w:p>
    <w:p w14:paraId="31C8EC26" w14:textId="77777777" w:rsidR="00FC0D7C" w:rsidRPr="00BB6C49" w:rsidRDefault="00FC0D7C">
      <w:pPr>
        <w:rPr>
          <w:lang w:val="fr-FR"/>
        </w:rPr>
      </w:pPr>
    </w:p>
    <w:p w14:paraId="6DFD716F" w14:textId="77777777" w:rsidR="00257D2F" w:rsidRDefault="00257D2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fr-FR"/>
        </w:rPr>
      </w:pPr>
      <w:r>
        <w:rPr>
          <w:lang w:val="fr-FR"/>
        </w:rPr>
        <w:br w:type="page"/>
      </w:r>
    </w:p>
    <w:p w14:paraId="041842B4" w14:textId="006EDD66" w:rsidR="00FC0D7C" w:rsidRDefault="2ACA17C6" w:rsidP="2ACA17C6">
      <w:pPr>
        <w:pStyle w:val="Titre1"/>
        <w:rPr>
          <w:color w:val="FF0000"/>
          <w:lang w:val="fr-FR"/>
        </w:rPr>
      </w:pPr>
      <w:r w:rsidRPr="2ACA17C6">
        <w:rPr>
          <w:lang w:val="fr-FR"/>
        </w:rPr>
        <w:lastRenderedPageBreak/>
        <w:t xml:space="preserve">14h30 - 15h15 – Cotisations et outils- </w:t>
      </w:r>
      <w:r w:rsidRPr="2ACA17C6">
        <w:rPr>
          <w:color w:val="FF0000"/>
          <w:lang w:val="fr-FR"/>
        </w:rPr>
        <w:t>Remettre plaquette cogétise</w:t>
      </w:r>
    </w:p>
    <w:p w14:paraId="58553DCB" w14:textId="2DC4AAE5" w:rsidR="00257D2F" w:rsidRPr="00257D2F" w:rsidRDefault="00257D2F" w:rsidP="00257D2F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31C39F26" w14:textId="77777777" w:rsidR="00FC0D7C" w:rsidRPr="00BB6C49" w:rsidRDefault="00D74584">
      <w:pPr>
        <w:rPr>
          <w:lang w:val="fr-FR"/>
        </w:rPr>
      </w:pPr>
      <w:r>
        <w:t>🎯</w:t>
      </w:r>
      <w:r w:rsidRPr="00BB6C49">
        <w:rPr>
          <w:lang w:val="fr-FR"/>
        </w:rPr>
        <w:t xml:space="preserve"> </w:t>
      </w:r>
      <w:proofErr w:type="gramStart"/>
      <w:r w:rsidRPr="00BB6C49">
        <w:rPr>
          <w:lang w:val="fr-FR"/>
        </w:rPr>
        <w:t>Objectif :</w:t>
      </w:r>
      <w:proofErr w:type="gramEnd"/>
      <w:r w:rsidRPr="00BB6C49">
        <w:rPr>
          <w:lang w:val="fr-FR"/>
        </w:rPr>
        <w:t xml:space="preserve"> Comprendre le financement syndical.</w:t>
      </w:r>
    </w:p>
    <w:p w14:paraId="38BD51A4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51F1DC70" w14:textId="1A94101C" w:rsidR="00FC0D7C" w:rsidRPr="00BB6C49" w:rsidRDefault="2ACA17C6" w:rsidP="2ACA17C6">
      <w:pPr>
        <w:pStyle w:val="Listepuces"/>
        <w:rPr>
          <w:color w:val="FF0000"/>
          <w:lang w:val="fr-FR"/>
        </w:rPr>
      </w:pPr>
      <w:r w:rsidRPr="2ACA17C6">
        <w:rPr>
          <w:lang w:val="fr-FR"/>
        </w:rPr>
        <w:t xml:space="preserve">- À quoi sert la cotisation ? </w:t>
      </w:r>
      <w:r w:rsidRPr="2ACA17C6">
        <w:rPr>
          <w:color w:val="FF0000"/>
          <w:lang w:val="fr-FR"/>
        </w:rPr>
        <w:t xml:space="preserve">Voir </w:t>
      </w:r>
      <w:proofErr w:type="spellStart"/>
      <w:r w:rsidRPr="2ACA17C6">
        <w:rPr>
          <w:color w:val="FF0000"/>
          <w:lang w:val="fr-FR"/>
        </w:rPr>
        <w:t>shéma</w:t>
      </w:r>
      <w:proofErr w:type="spellEnd"/>
      <w:r w:rsidRPr="2ACA17C6">
        <w:rPr>
          <w:color w:val="FF0000"/>
          <w:lang w:val="fr-FR"/>
        </w:rPr>
        <w:t xml:space="preserve"> plaquette</w:t>
      </w:r>
    </w:p>
    <w:p w14:paraId="46A2A90D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693C34EE" w14:textId="77777777" w:rsidR="00FC0D7C" w:rsidRDefault="00D74584">
      <w:pPr>
        <w:pStyle w:val="Listepuces"/>
      </w:pPr>
      <w:r>
        <w:t xml:space="preserve">- </w:t>
      </w:r>
      <w:proofErr w:type="spellStart"/>
      <w:proofErr w:type="gramStart"/>
      <w:r>
        <w:t>Appui</w:t>
      </w:r>
      <w:proofErr w:type="spellEnd"/>
      <w:r>
        <w:t xml:space="preserve"> :</w:t>
      </w:r>
      <w:proofErr w:type="gramEnd"/>
      <w:r>
        <w:t xml:space="preserve"> Guide Orga (CoGéTise, CoGiTiel).</w:t>
      </w:r>
    </w:p>
    <w:p w14:paraId="45C78D2A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Faire dire : l’indépendance repose sur les cotisations.</w:t>
      </w:r>
    </w:p>
    <w:p w14:paraId="137F6405" w14:textId="77777777" w:rsidR="00FC0D7C" w:rsidRPr="00BB6C49" w:rsidRDefault="00FC0D7C">
      <w:pPr>
        <w:rPr>
          <w:lang w:val="fr-FR"/>
        </w:rPr>
      </w:pPr>
    </w:p>
    <w:p w14:paraId="192CCC8A" w14:textId="77777777" w:rsidR="00FC0D7C" w:rsidRDefault="00D74584">
      <w:pPr>
        <w:pStyle w:val="Titre1"/>
        <w:rPr>
          <w:lang w:val="fr-FR"/>
        </w:rPr>
      </w:pPr>
      <w:r w:rsidRPr="00BB6C49">
        <w:rPr>
          <w:lang w:val="fr-FR"/>
        </w:rPr>
        <w:t>15h30 - 16h15 – Articulations CGT</w:t>
      </w:r>
    </w:p>
    <w:p w14:paraId="22BD5B65" w14:textId="52992B60" w:rsidR="00257D2F" w:rsidRPr="00257D2F" w:rsidRDefault="00257D2F" w:rsidP="00257D2F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66AF90DD" w14:textId="257A6638" w:rsidR="00FC0D7C" w:rsidRPr="00BB6C49" w:rsidRDefault="2ACA17C6" w:rsidP="2ACA17C6">
      <w:pPr>
        <w:rPr>
          <w:color w:val="FF0000"/>
          <w:lang w:val="fr-FR"/>
        </w:rPr>
      </w:pPr>
      <w:r>
        <w:t>🎯</w:t>
      </w:r>
      <w:r w:rsidRPr="2ACA17C6">
        <w:rPr>
          <w:lang w:val="fr-FR"/>
        </w:rPr>
        <w:t xml:space="preserve"> </w:t>
      </w:r>
      <w:proofErr w:type="gramStart"/>
      <w:r w:rsidRPr="2ACA17C6">
        <w:rPr>
          <w:lang w:val="fr-FR"/>
        </w:rPr>
        <w:t>Objectif :</w:t>
      </w:r>
      <w:proofErr w:type="gramEnd"/>
      <w:r w:rsidRPr="2ACA17C6">
        <w:rPr>
          <w:lang w:val="fr-FR"/>
        </w:rPr>
        <w:t xml:space="preserve"> Comprendre les rôles de UL / UD / Fédé. </w:t>
      </w:r>
      <w:r w:rsidRPr="2ACA17C6">
        <w:rPr>
          <w:color w:val="FF0000"/>
          <w:lang w:val="fr-FR"/>
        </w:rPr>
        <w:t>Les 2 jambes territoires et professions</w:t>
      </w:r>
    </w:p>
    <w:p w14:paraId="78555A1B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7D6EA641" w14:textId="73959106" w:rsidR="00FC0D7C" w:rsidRPr="00BB6C49" w:rsidRDefault="2ACA17C6" w:rsidP="2ACA17C6">
      <w:pPr>
        <w:pStyle w:val="Listepuces"/>
        <w:rPr>
          <w:color w:val="FF0000"/>
          <w:lang w:val="fr-FR"/>
        </w:rPr>
      </w:pPr>
      <w:r w:rsidRPr="2ACA17C6">
        <w:rPr>
          <w:lang w:val="fr-FR"/>
        </w:rPr>
        <w:t xml:space="preserve">- qui fait quoi ?  </w:t>
      </w:r>
      <w:r w:rsidRPr="2ACA17C6">
        <w:rPr>
          <w:color w:val="FF0000"/>
          <w:lang w:val="fr-FR"/>
        </w:rPr>
        <w:t xml:space="preserve">UD au service des syndicats - fédérations au service de ses syndicats </w:t>
      </w:r>
    </w:p>
    <w:p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 xml:space="preserve">- Placer son syndicat sur les deux branches : professionnelle (fédération) et territoriale (UL, UD, comité régional), jusqu’à la Confédération.</w:t>
      </w:r>
    </w:p>
    <w:p w14:paraId="18ED13E9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5A2194B4" w14:textId="1BD41457" w:rsidR="00FC0D7C" w:rsidRPr="00BB6C49" w:rsidRDefault="2ACA17C6" w:rsidP="2ACA17C6">
      <w:pPr>
        <w:pStyle w:val="Listepuces"/>
        <w:rPr>
          <w:color w:val="FF0000"/>
          <w:lang w:val="fr-FR"/>
        </w:rPr>
      </w:pPr>
      <w:r w:rsidRPr="2ACA17C6">
        <w:rPr>
          <w:lang w:val="fr-FR"/>
        </w:rPr>
        <w:t xml:space="preserve">- Faire dire : UL = terrain / UD = structuration / Fédé = champ pro. </w:t>
      </w:r>
      <w:r w:rsidRPr="2ACA17C6">
        <w:rPr>
          <w:color w:val="FF0000"/>
          <w:lang w:val="fr-FR"/>
        </w:rPr>
        <w:t>Importance d’informer tant les structures territoriales que sa fédération.</w:t>
      </w:r>
    </w:p>
    <w:p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 xml:space="preserve">- Article 21 des statuts confédéraux : les organisations de la CGT « recherchent entre elles, en permanence, la coopération, la complémentarité avec les autres composantes de la CGT, la prise en compte des intérêts communs à l’ensemble des salariés ».</w:t>
      </w:r>
    </w:p>
    <w:p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 xml:space="preserve">- Relancer : « Que se passe-t-il si chacun travaille dans son coin ? » Amener à : le syndicat est la base de toute la CGT, mais il n’est jamais seul.</w:t>
      </w:r>
    </w:p>
    <w:p w14:paraId="5552AD08" w14:textId="77777777" w:rsidR="00FC0D7C" w:rsidRPr="00BB6C49" w:rsidRDefault="00FC0D7C">
      <w:pPr>
        <w:rPr>
          <w:lang w:val="fr-FR"/>
        </w:rPr>
      </w:pPr>
    </w:p>
    <w:p w14:paraId="11345E19" w14:textId="77777777" w:rsidR="00130EA6" w:rsidRDefault="00130EA6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fr-FR"/>
        </w:rPr>
      </w:pPr>
      <w:r>
        <w:rPr>
          <w:lang w:val="fr-FR"/>
        </w:rPr>
        <w:br w:type="page"/>
      </w:r>
    </w:p>
    <w:p w14:paraId="5FC4FE78" w14:textId="637817C2" w:rsidR="00FC0D7C" w:rsidRDefault="00D74584">
      <w:pPr>
        <w:pStyle w:val="Titre1"/>
        <w:rPr>
          <w:lang w:val="fr-FR"/>
        </w:rPr>
      </w:pPr>
      <w:r w:rsidRPr="00BB6C49">
        <w:rPr>
          <w:lang w:val="fr-FR"/>
        </w:rPr>
        <w:lastRenderedPageBreak/>
        <w:t>16h15 - 17h00 – Synthèse et engagements</w:t>
      </w:r>
    </w:p>
    <w:p w14:paraId="2E94173C" w14:textId="74D2C69A" w:rsidR="00130EA6" w:rsidRPr="00130EA6" w:rsidRDefault="00130EA6" w:rsidP="00130EA6">
      <w:pPr>
        <w:rPr>
          <w:lang w:val="fr-FR"/>
        </w:rPr>
      </w:pPr>
      <w:r>
        <w:rPr>
          <w:lang w:val="fr-FR"/>
        </w:rPr>
        <w:t>Noter heure réelle de début du moment : _____________</w:t>
      </w:r>
    </w:p>
    <w:p w14:paraId="23633762" w14:textId="77777777" w:rsidR="00FC0D7C" w:rsidRPr="00BB6C49" w:rsidRDefault="00D74584">
      <w:pPr>
        <w:rPr>
          <w:lang w:val="fr-FR"/>
        </w:rPr>
      </w:pPr>
      <w:r>
        <w:t>🎯</w:t>
      </w:r>
      <w:r w:rsidRPr="00BB6C49">
        <w:rPr>
          <w:lang w:val="fr-FR"/>
        </w:rPr>
        <w:t xml:space="preserve"> </w:t>
      </w:r>
      <w:proofErr w:type="gramStart"/>
      <w:r w:rsidRPr="00BB6C49">
        <w:rPr>
          <w:lang w:val="fr-FR"/>
        </w:rPr>
        <w:t>Objectif :</w:t>
      </w:r>
      <w:proofErr w:type="gramEnd"/>
      <w:r w:rsidRPr="00BB6C49">
        <w:rPr>
          <w:lang w:val="fr-FR"/>
        </w:rPr>
        <w:t xml:space="preserve"> Clôturer, ancrer les acquis.</w:t>
      </w:r>
    </w:p>
    <w:p w14:paraId="305072C2" w14:textId="77777777" w:rsidR="00FC0D7C" w:rsidRPr="00BB6C49" w:rsidRDefault="00D74584">
      <w:pPr>
        <w:rPr>
          <w:lang w:val="fr-FR"/>
        </w:rPr>
      </w:pPr>
      <w:r w:rsidRPr="00BB6C49">
        <w:rPr>
          <w:lang w:val="fr-FR"/>
        </w:rPr>
        <w:t>✅ À faire avec les stagiaires :</w:t>
      </w:r>
    </w:p>
    <w:p w14:paraId="194F533F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Chaque stagiaire écrit un engagement concret.</w:t>
      </w:r>
    </w:p>
    <w:p w14:paraId="13395867" w14:textId="77777777" w:rsidR="00FC0D7C" w:rsidRPr="00BB6C49" w:rsidRDefault="00D74584">
      <w:pPr>
        <w:rPr>
          <w:lang w:val="fr-FR"/>
        </w:rPr>
      </w:pPr>
      <w:r>
        <w:t>📌</w:t>
      </w:r>
      <w:r w:rsidRPr="00BB6C49">
        <w:rPr>
          <w:lang w:val="fr-FR"/>
        </w:rPr>
        <w:t xml:space="preserve"> En tant que </w:t>
      </w:r>
      <w:proofErr w:type="gramStart"/>
      <w:r w:rsidRPr="00BB6C49">
        <w:rPr>
          <w:lang w:val="fr-FR"/>
        </w:rPr>
        <w:t>formateur :</w:t>
      </w:r>
      <w:proofErr w:type="gramEnd"/>
    </w:p>
    <w:p w14:paraId="1A0129F5" w14:textId="77777777" w:rsidR="00FC0D7C" w:rsidRPr="00BB6C49" w:rsidRDefault="00D74584">
      <w:pPr>
        <w:pStyle w:val="Listepuces"/>
        <w:rPr>
          <w:lang w:val="fr-FR"/>
        </w:rPr>
      </w:pPr>
      <w:r w:rsidRPr="00BB6C49">
        <w:rPr>
          <w:lang w:val="fr-FR"/>
        </w:rPr>
        <w:t>- Faire ressortir les grandes idées de la journée.</w:t>
      </w:r>
    </w:p>
    <w:p w14:paraId="7C10CD4D" w14:textId="2D0376B7" w:rsidR="2ACA17C6" w:rsidRDefault="2ACA17C6" w:rsidP="2ACA17C6">
      <w:pPr>
        <w:pStyle w:val="Listepuces"/>
        <w:rPr>
          <w:lang w:val="fr-FR"/>
        </w:rPr>
      </w:pPr>
      <w:r w:rsidRPr="2ACA17C6">
        <w:rPr>
          <w:lang w:val="fr-FR"/>
        </w:rPr>
        <w:t xml:space="preserve">- Proposer les suites possibles : formation accueil, </w:t>
      </w:r>
      <w:proofErr w:type="spellStart"/>
      <w:r w:rsidRPr="2ACA17C6">
        <w:rPr>
          <w:lang w:val="fr-FR"/>
        </w:rPr>
        <w:t>mandaté·es</w:t>
      </w:r>
      <w:proofErr w:type="spellEnd"/>
      <w:r w:rsidRPr="2ACA17C6">
        <w:rPr>
          <w:lang w:val="fr-FR"/>
        </w:rPr>
        <w:t>, etc.</w:t>
      </w:r>
    </w:p>
    <w:p w14:paraId="730B85E6" w14:textId="7156CD61" w:rsidR="2ACA17C6" w:rsidRDefault="2ACA17C6" w:rsidP="2ACA17C6">
      <w:pPr>
        <w:pStyle w:val="Listepuces"/>
        <w:numPr>
          <w:ilvl w:val="0"/>
          <w:numId w:val="0"/>
        </w:numPr>
        <w:rPr>
          <w:lang w:val="fr-FR"/>
        </w:rPr>
      </w:pPr>
    </w:p>
    <w:p w14:paraId="5E82B213" w14:textId="10D0CA59" w:rsidR="2ACA17C6" w:rsidRDefault="2ACA17C6" w:rsidP="2ACA17C6">
      <w:pPr>
        <w:pStyle w:val="Listepuces"/>
        <w:numPr>
          <w:ilvl w:val="0"/>
          <w:numId w:val="0"/>
        </w:numPr>
        <w:rPr>
          <w:color w:val="FF0000"/>
          <w:lang w:val="fr-FR"/>
        </w:rPr>
      </w:pPr>
      <w:r w:rsidRPr="2ACA17C6">
        <w:rPr>
          <w:color w:val="FF0000"/>
          <w:lang w:val="fr-FR"/>
        </w:rPr>
        <w:t>EVALUER</w:t>
      </w:r>
    </w:p>
    <w:p w14:paraId="30B1DFB3" w14:textId="77777777" w:rsidR="00FC0D7C" w:rsidRPr="00BB6C49" w:rsidRDefault="00FC0D7C">
      <w:pPr>
        <w:rPr>
          <w:lang w:val="fr-FR"/>
        </w:rPr>
      </w:pPr>
    </w:p>
    <w:sectPr w:rsidR="00FC0D7C" w:rsidRPr="00BB6C49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0482" w14:textId="77777777" w:rsidR="00241403" w:rsidRDefault="00241403" w:rsidP="00130EA6">
      <w:pPr>
        <w:spacing w:after="0" w:line="240" w:lineRule="auto"/>
      </w:pPr>
      <w:r>
        <w:separator/>
      </w:r>
    </w:p>
  </w:endnote>
  <w:endnote w:type="continuationSeparator" w:id="0">
    <w:p w14:paraId="3EB78632" w14:textId="77777777" w:rsidR="00241403" w:rsidRDefault="00241403" w:rsidP="00130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1813404"/>
      <w:docPartObj>
        <w:docPartGallery w:val="Page Numbers (Bottom of Page)"/>
        <w:docPartUnique/>
      </w:docPartObj>
    </w:sdtPr>
    <w:sdtContent>
      <w:p w14:paraId="5C3D2EFE" w14:textId="1EE4B12A" w:rsidR="00130EA6" w:rsidRDefault="00130EA6">
        <w:pPr>
          <w:pStyle w:val="Pieddepag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7C7717D" wp14:editId="3FECDE52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1065527233" name="Grou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1018656640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5112332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568387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59851B" w14:textId="77777777" w:rsidR="00130EA6" w:rsidRDefault="00130EA6">
                                <w:pPr>
                                  <w:pStyle w:val="Pieddepage"/>
                                  <w:jc w:val="right"/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  <w:lang w:val="fr-FR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54864" tIns="0" rIns="54864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7C7717D" id="Groupe 1" o:spid="_x0000_s1027" style="position:absolute;margin-left:0;margin-top:0;width:32.95pt;height:34.5pt;z-index:251659264;mso-position-horizontal:center;mso-position-horizontal-relative:right-margin-area;mso-position-vertical:center;mso-position-vertical-relative:bottom-margin-area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">
                  <v:rect id="Rectangle 53" o:spid="_x0000_s1028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" fillcolor="#943634" strokecolor="#943634"/>
                  <v:rect id="Rectangle 54" o:spid="_x0000_s1029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" fillcolor="#943634" strokecolor="#94363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o:spid="_x0000_s1030" type="#_x0000_t202" style="position:absolute;left:726;top:14496;width:659;height:69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" filled="f" stroked="f">
                    <v:textbox inset="4.32pt,0,4.32pt,0">
                      <w:txbxContent>
                        <w:p w14:paraId="2959851B" w14:textId="77777777" w:rsidR="00130EA6" w:rsidRDefault="00130EA6">
                          <w:pPr>
                            <w:pStyle w:val="Pieddepage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  <w:lang w:val="fr-FR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8A676" w14:textId="77777777" w:rsidR="00241403" w:rsidRDefault="00241403" w:rsidP="00130EA6">
      <w:pPr>
        <w:spacing w:after="0" w:line="240" w:lineRule="auto"/>
      </w:pPr>
      <w:r>
        <w:separator/>
      </w:r>
    </w:p>
  </w:footnote>
  <w:footnote w:type="continuationSeparator" w:id="0">
    <w:p w14:paraId="1301B3C6" w14:textId="77777777" w:rsidR="00241403" w:rsidRDefault="00241403" w:rsidP="00130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E511" w14:textId="0247C28A" w:rsidR="00722620" w:rsidRDefault="00722620">
    <w:pPr>
      <w:pStyle w:val="En-tte"/>
    </w:pPr>
    <w:r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3C10F10C" wp14:editId="70FC272B">
              <wp:simplePos x="0" y="0"/>
              <wp:positionH relativeFrom="margin">
                <wp:posOffset>-744855</wp:posOffset>
              </wp:positionH>
              <wp:positionV relativeFrom="page">
                <wp:posOffset>117475</wp:posOffset>
              </wp:positionV>
              <wp:extent cx="7120255" cy="618490"/>
              <wp:effectExtent l="0" t="0" r="444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0255" cy="61849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Roboto" w:hAnsi="Roboto"/>
                              <w:caps/>
                              <w:color w:val="FFFF00"/>
                              <w:sz w:val="36"/>
                              <w:szCs w:val="36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9A42551" w14:textId="694226F0" w:rsidR="00722620" w:rsidRPr="0041560F" w:rsidRDefault="00D74584" w:rsidP="00D74584">
                              <w:pPr>
                                <w:pStyle w:val="En-tte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Roboto" w:hAnsi="Roboto"/>
                                  <w:caps/>
                                  <w:color w:val="FFFF00"/>
                                  <w:sz w:val="36"/>
                                  <w:szCs w:val="36"/>
                                </w:rPr>
                              </w:pPr>
                              <w:r w:rsidRPr="005175F5">
                                <w:rPr>
                                  <w:rFonts w:ascii="Roboto" w:hAnsi="Roboto"/>
                                  <w:caps/>
                                  <w:color w:val="FFFF00"/>
                                  <w:sz w:val="36"/>
                                  <w:szCs w:val="36"/>
                                </w:rPr>
                                <w:t>FORMATION SYNDICALE CGT AVEYRON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10F10C" id="Rectangle 200" o:spid="_x0000_s1026" style="position:absolute;margin-left:-58.65pt;margin-top:9.25pt;width:560.65pt;height:48.7pt;z-index:-251655168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" o:allowoverlap="f" fillcolor="#c00000" stroked="f" strokeweight="2pt">
              <v:textbox>
                <w:txbxContent>
                  <w:sdt>
                    <w:sdtPr>
                      <w:rPr>
                        <w:rFonts w:ascii="Roboto" w:hAnsi="Roboto"/>
                        <w:caps/>
                        <w:color w:val="FFFF00"/>
                        <w:sz w:val="36"/>
                        <w:szCs w:val="36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9A42551" w14:textId="694226F0" w:rsidR="00722620" w:rsidRPr="0041560F" w:rsidRDefault="00D74584" w:rsidP="00D74584">
                        <w:pPr>
                          <w:pStyle w:val="En-tte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Roboto" w:hAnsi="Roboto"/>
                            <w:caps/>
                            <w:color w:val="FFFF00"/>
                            <w:sz w:val="36"/>
                            <w:szCs w:val="36"/>
                          </w:rPr>
                        </w:pPr>
                        <w:r w:rsidRPr="005175F5">
                          <w:rPr>
                            <w:rFonts w:ascii="Roboto" w:hAnsi="Roboto"/>
                            <w:caps/>
                            <w:color w:val="FFFF00"/>
                            <w:sz w:val="36"/>
                            <w:szCs w:val="36"/>
                          </w:rPr>
                          <w:t>FORMATION SYNDICALE CGT AVEYRON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1477A1FF" wp14:editId="4C8E7366">
          <wp:simplePos x="0" y="0"/>
          <wp:positionH relativeFrom="column">
            <wp:posOffset>-735594</wp:posOffset>
          </wp:positionH>
          <wp:positionV relativeFrom="paragraph">
            <wp:posOffset>-339506</wp:posOffset>
          </wp:positionV>
          <wp:extent cx="506994" cy="613109"/>
          <wp:effectExtent l="0" t="0" r="7620" b="0"/>
          <wp:wrapNone/>
          <wp:docPr id="500775658" name="Image 4" descr="Une image contenant texte, Graphiqu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775658" name="Image 4" descr="Une image contenant texte, Graphiqu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56" cy="619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1150808">
    <w:abstractNumId w:val="8"/>
  </w:num>
  <w:num w:numId="2" w16cid:durableId="1499152997">
    <w:abstractNumId w:val="6"/>
  </w:num>
  <w:num w:numId="3" w16cid:durableId="822158254">
    <w:abstractNumId w:val="5"/>
  </w:num>
  <w:num w:numId="4" w16cid:durableId="333263500">
    <w:abstractNumId w:val="4"/>
  </w:num>
  <w:num w:numId="5" w16cid:durableId="1755471890">
    <w:abstractNumId w:val="7"/>
  </w:num>
  <w:num w:numId="6" w16cid:durableId="984508698">
    <w:abstractNumId w:val="3"/>
  </w:num>
  <w:num w:numId="7" w16cid:durableId="231087216">
    <w:abstractNumId w:val="2"/>
  </w:num>
  <w:num w:numId="8" w16cid:durableId="719983449">
    <w:abstractNumId w:val="1"/>
  </w:num>
  <w:num w:numId="9" w16cid:durableId="2138062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EA6"/>
    <w:rsid w:val="0015074B"/>
    <w:rsid w:val="001918CC"/>
    <w:rsid w:val="00241403"/>
    <w:rsid w:val="00257D2F"/>
    <w:rsid w:val="0029639D"/>
    <w:rsid w:val="00326F90"/>
    <w:rsid w:val="003569BC"/>
    <w:rsid w:val="0062056C"/>
    <w:rsid w:val="00631355"/>
    <w:rsid w:val="00690F3D"/>
    <w:rsid w:val="006F0F1A"/>
    <w:rsid w:val="00722620"/>
    <w:rsid w:val="007F0B7E"/>
    <w:rsid w:val="00AA1D8D"/>
    <w:rsid w:val="00B47730"/>
    <w:rsid w:val="00B72489"/>
    <w:rsid w:val="00BB6C49"/>
    <w:rsid w:val="00BE558C"/>
    <w:rsid w:val="00CB0664"/>
    <w:rsid w:val="00D74584"/>
    <w:rsid w:val="00DD024B"/>
    <w:rsid w:val="00FC0D7C"/>
    <w:rsid w:val="00FC693F"/>
    <w:rsid w:val="2ACA17C6"/>
    <w:rsid w:val="4B15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EEAB656E-9669-493F-B5F5-C321DDD4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58C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638</Words>
  <Characters>3510</Characters>
  <Application>Microsoft Office Word</Application>
  <DocSecurity>0</DocSecurity>
  <Lines>29</Lines>
  <Paragraphs>8</Paragraphs>
  <ScaleCrop>false</ScaleCrop>
  <Manager/>
  <Company/>
  <LinksUpToDate>false</LinksUpToDate>
  <CharactersWithSpaces>4140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SYNDICAL CGT AVEYRON</dc:title>
  <dc:subject/>
  <dc:creator>python-docx</dc:creator>
  <cp:keywords/>
  <dc:description>generated by python-docx</dc:description>
  <cp:lastModifiedBy>Quentin Leyrat</cp:lastModifiedBy>
  <cp:revision>11</cp:revision>
  <dcterms:created xsi:type="dcterms:W3CDTF">2013-12-23T23:15:00Z</dcterms:created>
  <dcterms:modified xsi:type="dcterms:W3CDTF">2026-10-09T23:41:00Z</dcterms:modified>
  <cp:category/>
</cp:coreProperties>
</file>